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דוגמאות ויושר אקדמי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ציטוט מותר לפרפרזה הדורשת ציון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כתבה בעיתון הספרותי לחזקה או לחלשה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ומנומקת תוך שמירה על יושר אקדמי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לצטט קטע קצר ומדויק ולהוסיף 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לציין מאיזו יצירה ומאיזה חלק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להעתיק ולהציג אותו כשלכם, גם בשינוי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עדיין העתקה והצגתה כעבודה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בכללי העמוד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סוג הכתבה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(מציגה ממצא ומקורות כבר במשפט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(עבודה אישית שמסתיימת בשינוי עמדה מנומק)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(מתאר רגע מסוים, קושי ופתרון שנלמד ממנו)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חברי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יצירה מקורית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רגע קונקרטי, תיאור קושי ופתרון או תובנה שנלמדה ממנו, לא רק משפטים כלליים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ציטוט=מילים מדויקות במירכאות; פרפרזה=במילים שלי אך עם ציון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העתקת פירוש של מישהו אחר כשלי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רגע מסוים, קושי ופתרון או 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הדוגמה המצוינת והחלשה יחד ולבקש מהתלמידים לנמק בעצמם לפני קריאת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לקרוא בקול את השכתוב שלהם ולקבל משוב מחברים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להוריד את הפריטים המסומנים כקשים ולהתמקד בזיהוי בסיסי של נכון/לא נכון והתאמה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דוגמאות ויושר אקדמי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בעיתון הספרותי השיתופי יש כללים ברורים: מה מותר לצטט, איך כותבים פרפרזה, ומה ההבדל בין כתבה טובה לחלשה. בדף הזה נתרגל את הכללים האלה דרך דוגמאות מתוך העמוד.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חברי הצוות  ·  יצירה מקורית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מותר לעשות עם ציטוט מיצירה?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להעתיק כמה שרוצים בלי לציין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לצטט קטע קצר ומדויק ולהוסיף 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להעתיק פסקה שלמה בלי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חובה לעשות כשכותבים פרפרזה (ניסוח במילים שלכם)?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צורך לציין מקור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לציין מאיזו יצירה ומאיזה חלק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להוסיף שהרעיון הומצא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אסור לעשות עם פירוש או סיכום שכתב מישהו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לצטט ממנו שורה אחת במירכאות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להעתיק ולהציג אותו כשלכם, גם בשינוי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להזכיר את שמו של מי שכתב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להעתיק סיכום של מישהו אחר אם משנים כמה מילים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ציטוט קצר ומדויק מיצירה, עם פירוש, הוא דבר לגיטימי ורצוי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סוג הכתבה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כתבה 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עבודה אישית שמסתיימת בשינוי עמדה מנומק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כתבת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מתאר רגע מסוים, קושי ופתרון שנלמד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מציגה ממצא ומקורות כבר במשפט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מילה בעיתון נכתבת על 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תמונות ואיורים בעיתון צריכים להיות __________ שלכם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משוב אישי קצר על עבודת צוות (אמיתית או מדומיינת), שמתאר רגע מסוים, קושי ואיך התמודדתם איתו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ציטוט לפרפרזה?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למשהו שאסור לעשות ביושר אקדמי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דוגמאות ויושר אקדמי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