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דוגמאות ויושר אקדמי בעיתון הספרותי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ציטוט מותר לפרפרזה הדורשת ציון מקור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מה הופך כתבה בעיתון הספרותי לחזקה או לחלשה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אישית ומנומקת תוך שמירה על יושר אקדמי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לצטט קטע קצר ומדויק ולהוסיף פירוש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לציין מאיזו יצירה ומאיזה חלק 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להעתיק ולהציג אותו כשלכם, גם בשינוי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את מסגרת הריאיון, לא עובדות על היצירה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יצירה מקורית של הצוות או תיאור מילולי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הצהרה קצרה על מי כתב מה ואילו מקורות נעשה בהם שימוש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זה עדיין העתקה והצגתה כעבודה עצמית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בכללי העמוד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הם עבודה אישית, אפשר רק להתייעץ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מחלוקת טובה מוצגת כשאלה פרשנית עם שתי העמדות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מראה הדוגמה המצוינת בעמוד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 בין סוג הכתבה למאפיין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(מציגה ממצא ומקורות כבר במשפט הראשון)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(עבודה אישית שמסתיימת בשינוי עמדה מנומק)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(מציג מחלוקת כשאלה פרשנית עם שתי עמדות)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(מתאר רגע מסוים, קושי ופתרון שנלמד ממנו)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(מציג עמדה ומתמודד עם עמדה נגדית בעזרת הטקסט)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פרפרזה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חברי הצוות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פירושים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יצירה מקורית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הצהרה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ושכתוב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הליד החדש מציג ממצא ברור, מזכיר שם יוצר אחד לפחות ואינו מסתפק בהכללה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התשובה כוללת רגע קונקרטי, תיאור קושי ופתרון או תובנה שנלמדה ממנו, לא רק משפטים כלליים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ציטוט=מילים מדויקות במירכאות; פרפרזה=במילים שלי אך עם ציון מקור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העתקת פירוש של מישהו אחר כשלי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תיאור רגע מסוים, קושי ופתרון או תובנה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בקריאת הדוגמה המצוינת והחלשה יחד ולבקש מהתלמידים לנמק בעצמם לפני קריאת ההסבר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לאפשר לתלמידים לקרוא בקול את השכתוב שלהם ולקבל משוב מחברים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החינוך המיוחד להוריד את הפריטים המסומנים כקשים ולהתמקד בזיהוי בסיסי של נכון/לא נכון והתאמה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דוגמאות ויושר אקדמי בעיתון הספרותי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כללים לכתיבת עיתון כיתתי: איך מצטטים נכון, ואיך כותבים כתבה טובה. נתרגל את זה עם דוגמאות פשוטות.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יושר אקדמי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לכתוב בעצמנו ולציין מאיפה לקחנו רעיונות של אחרים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ציטוט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העתקה מדויקת וקצרה של משפט מהמקור, במירכאות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פרפרזה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לכתוב רעיון של מישהו אחר במילים שלנו, ועדיין לציין מאיפה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ליד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הראשון בכתבה, שצריך למשוך ולהציג ממצא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דבר העורכים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כתבה שמציגה את דעת הצוות ואת המחלוקות בתוכו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משוב אישי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רפלקציה אישית על תהליך העבודה והלמידה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כתבת משנה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כתבה קצרה יותר בתוך העיתון, עבודה אישית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טור דעה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כתבה שמציגה עמדה אישית ומנמקת אותה לעומק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מותר לעשות עם ציטוט?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להעתיק כמה שרוצים בלי לציין מקור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לצטט קטע קצר ומדויק ולהוסיף פירוש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להעתיק פסקה שלמה בלי מירכאות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לשנות את הציטוט כדי שלא יזהו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חייבים לעשות עם פרפרזה?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צורך לציין מקור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לציין מאיזו יצירה ומאיזה חלק 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להוסיף שהרעיון הומצא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לכתוב אותה בדיוק כמו במקור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אסור לעשות עם עבודה של מישהו אחר?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לצטט ממנו שורה אחת במירכאות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להעתיק ולהציג אותו כשלכם, גם בשינוי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להזכיר את שמו של מי שכתב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להתייעץ איתו לפני הכתיבה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מותר להמציא בריאיון דמיוני?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עובדות חדשות על היצירה שאינן 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 מסגרת הריאיון, לא עובדות על היצירה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 שם המשורר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 תוכן השיר עצמו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צריכות להיות התמונות בעיתון?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מועתקים ממקורות שונים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יצירה מקורית של הצוות או תיאור מילולי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תמיד צבעוניות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תמונות של סופרים ידועים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כותבים בסוף העבודה המשותפת?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רשימת ציונים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הצהרה קצרה על מי כתב מה ואילו מקורות נעשה בהם שימוש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תמונה של הצוות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רשימת שגיאות כתיב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להעתיק סיכום של מישהו אחר אם משנים כמה מילים בו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ציטוט קצר ומדויק מיצירה, עם פירוש, הוא דבר לגיטימי ורצוי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כתבת המשנה והמשוב האישי הם עבודה קבוצתית שכולם כותבים יחד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בדבר העורכים אפשר להסתיר מחלוקת כדי שהעיתון ייראה מאוחד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רפלקציה משמעותית במשוב האישי מתארת רגע מסוים, קושי ופתרון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התאמה בין סוג הכתבה למאפיין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כתבה מרכזית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מתאר רגע מסוים, קושי ופתרון שנלמד ממנו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כתבת משנה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מציג עמדה ומתמודד עם עמדה נגדית בעזרת הטקסט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דבר העורכים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עבודה אישית שמסתיימת בשינוי עמדה מנומק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משוב אישי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מציג מחלוקת כשאלה פרשנית עם שתי עמדות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טור דעה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מציגה ממצא ומקורות כבר במשפט הראשון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 היא ניסוח רעיון במילים שלכם, שעדיין דורש ציון מקור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כל מילה בעיתון נכתבת על ידי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אסור להעתיק __________ של אחרים ולהציג אותם כשלכם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תמונות ואיורים בעיתון צריכים להיות __________ שלכם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בסוף העבודה כל צוות מצרף __________ קצרה על מי כתב מה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ושכתוב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לפניכם ליד חלש: "בכתבה הזאת נכתוב על בדידות בשירים שלמדנו, זה נושא חשוב". שכתבו אותו לליד חזק שמציג ממצא ושמות יוצרים.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משוב אישי קצר על עבודת צוות (אמיתית או מדומיינת), שמתאר רגע מסוים, קושי ואיך התמודדתם איתו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ציטוט לפרפרזה?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למשהו שאסור לעשות ביושר אקדמי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הופך רפלקציה במשוב האישי למשמעותית?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דוגמאות ויושר אקדמי בעיתון הספרותי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