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דוגמאות ויושר אקדמי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ציטוט מותר לפרפרזה הדורשת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כתבה בעיתון הספרותי לחזקה או לחלשה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ומנומקת תוך שמירה על יושר אקדמי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לצטט קטע קצר ומדויק ולהוסיף 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לציין מאיזו יצירה ומאיזה חלק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להעתיק ולהציג אותו כשלכם, גם בשינוי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מסגרת הריאיון, לא עובדות על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יצירה מקורית של הצוות או תיאור מילולי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הצהרה קצרה על מי כתב מה ואילו מקורות נעשה בהם 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עדיין העתקה והצגתה כעבודה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בכללי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עבודה אישית, אפשר רק להתייעץ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מחלוקת טובה מוצגת כשאלה פרשנית עם שתי העמדות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מראה הדוגמה המצוינת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סוג הכתבה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(מציגה ממצא ומקורות כבר במשפט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(עבודה אישית שמסתיימת בשינוי עמדה מנומק)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(מציג מחלוקת כשאלה פרשנית עם שתי עמדות)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(מתאר רגע מסוים, קושי ופתרון שנלמד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(מציג עמדה ומתמודד עם עמדה נגדית בעזרת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פרפרזה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יצירה מקורית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הליד החדש מציג ממצא ברור, מזכיר שם יוצר אחד לפחות ואינו מסתפק בהכללה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כוללת רגע קונקרטי, תיאור קושי ופתרון או תובנה שנלמדה ממנו, לא רק משפטים כלליים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ציטוט=מילים מדויקות במירכאות; פרפרזה=במילים שלי אך עם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העתקת פירוש של מישהו אחר כשלי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רגע מסוים, קושי ופתרון או 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הדוגמה המצוינת והחלשה יחד ולבקש מהתלמידים לנמק בעצמם לפני קריאת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לקרוא בקול את השכתוב שלהם ולקבל משוב מחברים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להוריד את הפריטים המסומנים כקשים ולהתמקד בזיהוי בסיסי של נכון/לא נכון והתאמה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דוגמאות ויושר אקדמי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הספרותי השיתופי יש כללים ברורים: מה מותר לצטט, איך כותבים פרפרזה, ומה ההבדל בין כתבה טובה לחלשה. בדף הזה נתרגל את הכללים האלה דרך דוגמאות מתוך העמוד.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מותר לעשות עם ציטוט מיצירה?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להעתיק כמה שרוצים בלי לציין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לצטט קטע קצר ומדויק ולהוסיף פירוש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פסקה שלמה בלי 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הציטוט כדי שלא יזהו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חובה לעשות כשכותבים פרפרזה (ניסוח במילים שלכם)?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צורך לציין מקור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לציין מאיזו יצירה ומאיזה חלק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שהרעיון הומצא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אותה בדיוק כמו במקור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אסור לעשות עם פירוש או סיכום שכתב מישהו 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לצטט ממנו שורה אחת במירכאות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ולהציג אותו כשלכם, גם בשינוי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להזכיר את שמו של מי שכתב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להתייעץ איתו לפני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בריאיון דמיוני עם דמות משיר, מה מותר להמציא?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עובדות חדשות על היצירה שאינן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מסגרת הריאיון, לא עובדות על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שם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תוכן השיר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צריכות להיות תמונות ואיורים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מועתקים ממקורות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יצירה מקורית של הצוות או תיאור מילולי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צבעוניות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 של סופרים ידועים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כל צוות מצרף בסוף העבודה על העיתון?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הצהרה קצרה על מי כתב מה ואילו מקורות נעשה בהם 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הצוות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שגיאות כתיב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להעתיק סיכום של מישהו אחר אם משנים כמה מילים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קצר ומדויק מיצירה, עם פירוש, הוא דבר לגיטימי ורצוי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כתבת המשנה והמשוב האישי הם עבודה קבוצתית שכולם כותבים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בדבר העורכים אפשר להסתיר מחלוקת כדי שהעיתון ייראה מאוחד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משמעותית במשוב האישי מתארת רגע מסוים, קושי ופתרון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סוג הכתבה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מציג עמדה ומתמודד עם עמדה נגדית בעזרת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 מחלוקת כשאלה פרשנית עם שתי עמדות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מתאר רגע מסוים, קושי ופתרון שנלמד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ממצא ומקורות כבר במשפט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טור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עבודה אישית שמסתיימת בשינוי עמדה מנומק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ניסוח רעיון במילים שלכם, שעדיין דורש ציון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מילה בעיתון נכתבת על 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להעתיק __________ של אחרים ולהציג אותם כשלכם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תמונות ואיורים בעיתון צריכים להיות __________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העבודה כל צוות מצרף __________ קצרה על מי כתב 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לפניכם ליד חלש: "בכתבה הזאת נכתוב על בדידות בשירים שלמדנו, זה נושא חשוב". שכתבו אותו לליד חזק שמציג ממצא ושמות יוצרים.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משוב אישי קצר על עבודת צוות (אמיתית או מדומיינת), שמתאר רגע מסוים, קושי ואיך התמודדתם איתו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ציטוט לפרפרזה?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למשהו שאסור לעשות ביושר אקדמי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רפלקציה במשוב האישי למשמעותית?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דוגמאות ויושר אקדמי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